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B140" w14:textId="769E614C" w:rsidR="0061128A" w:rsidRPr="008B2DCD" w:rsidRDefault="00A5526B">
      <w:pPr>
        <w:spacing w:before="500"/>
        <w:jc w:val="center"/>
      </w:pPr>
      <w:r w:rsidRPr="008B2DCD">
        <w:rPr>
          <w:b/>
          <w:color w:val="193648"/>
          <w:sz w:val="44"/>
        </w:rPr>
        <w:t>ΠΡΟΣΚΛΗΣΗ ΥΠΟΒΟΛΗΣ ΠΡΟΤΑΣΕΩΝ</w:t>
      </w:r>
    </w:p>
    <w:p w14:paraId="49A6C38F" w14:textId="77777777" w:rsidR="0061128A" w:rsidRPr="008B2DCD" w:rsidRDefault="00A5526B">
      <w:pPr>
        <w:jc w:val="center"/>
      </w:pPr>
      <w:r w:rsidRPr="008B2DCD">
        <w:rPr>
          <w:b/>
          <w:sz w:val="30"/>
        </w:rPr>
        <w:t>Πρόγραμμα Συναυλιών Κλασικής και Λυρικής Μουσικής Δήμου Λεμεσού</w:t>
      </w:r>
    </w:p>
    <w:p w14:paraId="1DA92097" w14:textId="64CE113E" w:rsidR="0061128A" w:rsidRDefault="0041634A">
      <w:pPr>
        <w:jc w:val="center"/>
        <w:rPr>
          <w:sz w:val="26"/>
        </w:rPr>
      </w:pPr>
      <w:r>
        <w:rPr>
          <w:sz w:val="26"/>
        </w:rPr>
        <w:t>Δεκέμβριος</w:t>
      </w:r>
      <w:r w:rsidR="00A5526B" w:rsidRPr="008B2DCD">
        <w:rPr>
          <w:sz w:val="26"/>
        </w:rPr>
        <w:t xml:space="preserve"> 2026 - </w:t>
      </w:r>
      <w:r w:rsidR="00710386">
        <w:rPr>
          <w:sz w:val="26"/>
        </w:rPr>
        <w:t>Μάιος</w:t>
      </w:r>
      <w:r w:rsidR="00A5526B" w:rsidRPr="008B2DCD">
        <w:rPr>
          <w:sz w:val="26"/>
        </w:rPr>
        <w:t xml:space="preserve"> 2027</w:t>
      </w:r>
    </w:p>
    <w:p w14:paraId="1D9A3B45" w14:textId="77777777" w:rsidR="002E220D" w:rsidRPr="008B2DCD" w:rsidRDefault="002E220D">
      <w:pPr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61128A" w:rsidRPr="008B2DCD" w14:paraId="3CA8C8DA" w14:textId="77777777">
        <w:trPr>
          <w:jc w:val="center"/>
        </w:trPr>
        <w:tc>
          <w:tcPr>
            <w:tcW w:w="9858" w:type="dxa"/>
            <w:gridSpan w:val="2"/>
            <w:shd w:val="clear" w:color="auto" w:fill="E7F0E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53F9F3" w14:textId="2D3E3D55" w:rsidR="0061128A" w:rsidRPr="008B2DCD" w:rsidRDefault="00A5526B">
            <w:pPr>
              <w:jc w:val="center"/>
            </w:pPr>
            <w:r w:rsidRPr="00F907CD">
              <w:rPr>
                <w:b/>
                <w:color w:val="19595E"/>
                <w:sz w:val="32"/>
                <w:szCs w:val="40"/>
              </w:rPr>
              <w:t>ΕΤΗΣΙΑ ΘΕΜΑΤΙΚΗ</w:t>
            </w:r>
            <w:r w:rsidR="00C96BE0">
              <w:rPr>
                <w:b/>
                <w:color w:val="19595E"/>
                <w:sz w:val="32"/>
                <w:szCs w:val="40"/>
              </w:rPr>
              <w:t>:</w:t>
            </w:r>
            <w:r w:rsidRPr="00F907CD">
              <w:rPr>
                <w:b/>
                <w:color w:val="19595E"/>
                <w:sz w:val="32"/>
                <w:szCs w:val="40"/>
              </w:rPr>
              <w:br/>
              <w:t>«ΔΙΑΛΟΓΟΙ ΚΑΙ ΜΕΤΑΜΟΡΦΩΣΕΙΣ»</w:t>
            </w:r>
          </w:p>
        </w:tc>
      </w:tr>
      <w:tr w:rsidR="0061128A" w:rsidRPr="008B2DCD" w14:paraId="74B27DA8" w14:textId="77777777" w:rsidTr="00BB3BCA">
        <w:trPr>
          <w:jc w:val="center"/>
        </w:trPr>
        <w:tc>
          <w:tcPr>
            <w:tcW w:w="4929" w:type="dxa"/>
            <w:shd w:val="clear" w:color="auto" w:fill="1959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2E2A7D" w14:textId="59B0BBD2" w:rsidR="0061128A" w:rsidRPr="008B2DCD" w:rsidRDefault="00A5526B">
            <w:r w:rsidRPr="008B2DCD">
              <w:rPr>
                <w:b/>
                <w:color w:val="FFFFFF"/>
                <w:sz w:val="19"/>
              </w:rPr>
              <w:t>Προθεσμία</w:t>
            </w:r>
            <w:r w:rsidR="00BC7331">
              <w:rPr>
                <w:b/>
                <w:color w:val="FFFFFF"/>
                <w:sz w:val="19"/>
              </w:rPr>
              <w:t xml:space="preserve"> υποβολής προτάσεων</w:t>
            </w:r>
          </w:p>
        </w:tc>
        <w:tc>
          <w:tcPr>
            <w:tcW w:w="492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20C857" w14:textId="34C360F2" w:rsidR="0061128A" w:rsidRPr="008B2DCD" w:rsidRDefault="006378EC">
            <w:r>
              <w:t>Τετάρτη</w:t>
            </w:r>
            <w:r w:rsidR="00A5526B" w:rsidRPr="008B2DCD">
              <w:t xml:space="preserve"> </w:t>
            </w:r>
            <w:r>
              <w:t>18</w:t>
            </w:r>
            <w:r w:rsidR="00A5526B" w:rsidRPr="008B2DCD">
              <w:t xml:space="preserve"> </w:t>
            </w:r>
            <w:r w:rsidR="0041634A">
              <w:t>Νοεμβρίου</w:t>
            </w:r>
            <w:r w:rsidR="00A5526B" w:rsidRPr="008B2DCD">
              <w:t xml:space="preserve"> 2026, ώρα 12:00 το μεσημέρι</w:t>
            </w:r>
          </w:p>
        </w:tc>
      </w:tr>
      <w:tr w:rsidR="0061128A" w:rsidRPr="008B2DCD" w14:paraId="02BD1F57" w14:textId="77777777" w:rsidTr="00BB3BCA">
        <w:trPr>
          <w:jc w:val="center"/>
        </w:trPr>
        <w:tc>
          <w:tcPr>
            <w:tcW w:w="4929" w:type="dxa"/>
            <w:shd w:val="clear" w:color="auto" w:fill="1959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8B7DE1" w14:textId="77777777" w:rsidR="0061128A" w:rsidRPr="008B2DCD" w:rsidRDefault="00A5526B">
            <w:r w:rsidRPr="008B2DCD">
              <w:rPr>
                <w:b/>
                <w:color w:val="FFFFFF"/>
                <w:sz w:val="19"/>
              </w:rPr>
              <w:t>Υποβολή</w:t>
            </w:r>
          </w:p>
        </w:tc>
        <w:tc>
          <w:tcPr>
            <w:tcW w:w="492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6917A6" w14:textId="5BEE817A" w:rsidR="0061128A" w:rsidRPr="008B2DCD" w:rsidRDefault="00BA755B">
            <w:hyperlink r:id="rId8" w:history="1">
              <w:r w:rsidRPr="00D122BB">
                <w:rPr>
                  <w:rStyle w:val="Hyperlink"/>
                </w:rPr>
                <w:t>culture@limassol.org.cy</w:t>
              </w:r>
            </w:hyperlink>
            <w:r>
              <w:t xml:space="preserve"> </w:t>
            </w:r>
          </w:p>
        </w:tc>
      </w:tr>
      <w:tr w:rsidR="0061128A" w:rsidRPr="008B2DCD" w14:paraId="066D3FE8" w14:textId="77777777" w:rsidTr="00BB3BCA">
        <w:trPr>
          <w:jc w:val="center"/>
        </w:trPr>
        <w:tc>
          <w:tcPr>
            <w:tcW w:w="4929" w:type="dxa"/>
            <w:shd w:val="clear" w:color="auto" w:fill="1959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67EC87" w14:textId="77777777" w:rsidR="0061128A" w:rsidRPr="008B2DCD" w:rsidRDefault="00A5526B">
            <w:r w:rsidRPr="008B2DCD">
              <w:rPr>
                <w:b/>
                <w:color w:val="FFFFFF"/>
                <w:sz w:val="19"/>
              </w:rPr>
              <w:t>Πληροφορίες</w:t>
            </w:r>
          </w:p>
        </w:tc>
        <w:tc>
          <w:tcPr>
            <w:tcW w:w="492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83C2BC" w14:textId="77777777" w:rsidR="002A6533" w:rsidRDefault="002B2659">
            <w:r w:rsidRPr="002B2659">
              <w:t>Πολιτιστικ</w:t>
            </w:r>
            <w:r>
              <w:t>ές</w:t>
            </w:r>
            <w:r w:rsidRPr="002B2659">
              <w:t xml:space="preserve"> Υπηρεσ</w:t>
            </w:r>
            <w:r>
              <w:t>ίες Δήμου Λεμεσού</w:t>
            </w:r>
            <w:r w:rsidRPr="002B2659">
              <w:t xml:space="preserve"> </w:t>
            </w:r>
          </w:p>
          <w:p w14:paraId="29E9B90F" w14:textId="6FE38C21" w:rsidR="0061128A" w:rsidRPr="002B2659" w:rsidRDefault="002B2659">
            <w:r w:rsidRPr="002B2659">
              <w:t>στ</w:t>
            </w:r>
            <w:r>
              <w:t xml:space="preserve">α </w:t>
            </w:r>
            <w:r w:rsidRPr="002B2659">
              <w:t>τηλέφων</w:t>
            </w:r>
            <w:r>
              <w:t>α</w:t>
            </w:r>
            <w:r w:rsidRPr="002B2659">
              <w:t xml:space="preserve"> 25745919</w:t>
            </w:r>
            <w:r>
              <w:t xml:space="preserve"> </w:t>
            </w:r>
            <w:r w:rsidRPr="002B2659">
              <w:t>/</w:t>
            </w:r>
            <w:r>
              <w:t xml:space="preserve"> </w:t>
            </w:r>
            <w:r w:rsidRPr="002B2659">
              <w:t>25343120</w:t>
            </w:r>
            <w:r>
              <w:t xml:space="preserve"> και </w:t>
            </w:r>
            <w:hyperlink r:id="rId9" w:history="1">
              <w:r w:rsidRPr="00A6516E">
                <w:rPr>
                  <w:rStyle w:val="Hyperlink"/>
                  <w:lang w:val="en-GB"/>
                </w:rPr>
                <w:t>culture</w:t>
              </w:r>
              <w:r w:rsidRPr="00A6516E">
                <w:rPr>
                  <w:rStyle w:val="Hyperlink"/>
                </w:rPr>
                <w:t>@</w:t>
              </w:r>
              <w:proofErr w:type="spellStart"/>
              <w:r w:rsidRPr="00A6516E">
                <w:rPr>
                  <w:rStyle w:val="Hyperlink"/>
                  <w:lang w:val="en-GB"/>
                </w:rPr>
                <w:t>limassol</w:t>
              </w:r>
              <w:proofErr w:type="spellEnd"/>
              <w:r w:rsidRPr="00A6516E">
                <w:rPr>
                  <w:rStyle w:val="Hyperlink"/>
                </w:rPr>
                <w:t>.</w:t>
              </w:r>
              <w:r w:rsidRPr="00A6516E">
                <w:rPr>
                  <w:rStyle w:val="Hyperlink"/>
                  <w:lang w:val="en-GB"/>
                </w:rPr>
                <w:t>org</w:t>
              </w:r>
              <w:r w:rsidRPr="00A6516E">
                <w:rPr>
                  <w:rStyle w:val="Hyperlink"/>
                </w:rPr>
                <w:t>.</w:t>
              </w:r>
              <w:r w:rsidRPr="00A6516E">
                <w:rPr>
                  <w:rStyle w:val="Hyperlink"/>
                  <w:lang w:val="en-GB"/>
                </w:rPr>
                <w:t>cy</w:t>
              </w:r>
            </w:hyperlink>
            <w:r w:rsidRPr="002B2659">
              <w:t xml:space="preserve"> </w:t>
            </w:r>
          </w:p>
        </w:tc>
      </w:tr>
    </w:tbl>
    <w:p w14:paraId="28395763" w14:textId="77777777" w:rsidR="0061128A" w:rsidRPr="008B2DCD" w:rsidRDefault="00A5526B">
      <w:r w:rsidRPr="008B2DCD">
        <w:br w:type="page"/>
      </w:r>
    </w:p>
    <w:p w14:paraId="72BCAD3D" w14:textId="57C0D88A" w:rsidR="0061128A" w:rsidRPr="008B2DCD" w:rsidRDefault="00A5526B">
      <w:pPr>
        <w:pStyle w:val="Heading1"/>
      </w:pPr>
      <w:r w:rsidRPr="008B2DCD">
        <w:lastRenderedPageBreak/>
        <w:t>ΜΕΡΟΣ Β: ΕΝΤΥΠΟ ΥΠΟΒΟΛΗΣ</w:t>
      </w:r>
      <w:r w:rsidR="00735A8E" w:rsidRPr="008B2DCD">
        <w:t xml:space="preserve"> </w:t>
      </w:r>
      <w:r w:rsidR="00115E1C" w:rsidRPr="008B2DCD">
        <w:t>ΠΡΟΤΑΣΗΣ</w:t>
      </w:r>
    </w:p>
    <w:p w14:paraId="4B4EEE3A" w14:textId="46187F5E" w:rsidR="0061128A" w:rsidRPr="008B2DCD" w:rsidRDefault="00A5526B" w:rsidP="00673B55">
      <w:r w:rsidRPr="008B2DCD">
        <w:t xml:space="preserve">Συμπληρώνεται χωριστό έντυπο για κάθε πρόταση. Τα πεδία με αστερίσκο (*) είναι υποχρεωτικά. </w:t>
      </w:r>
    </w:p>
    <w:p w14:paraId="2E1604A8" w14:textId="42A808F3" w:rsidR="0061128A" w:rsidRPr="008B2DCD" w:rsidRDefault="00A5526B">
      <w:pPr>
        <w:pStyle w:val="Heading2"/>
        <w:rPr>
          <w:sz w:val="28"/>
          <w:szCs w:val="28"/>
        </w:rPr>
      </w:pPr>
      <w:r w:rsidRPr="008B2DCD">
        <w:rPr>
          <w:sz w:val="28"/>
          <w:szCs w:val="28"/>
        </w:rPr>
        <w:t xml:space="preserve">Α. Στοιχεία </w:t>
      </w:r>
      <w:r w:rsidR="00AE28AA">
        <w:rPr>
          <w:sz w:val="28"/>
          <w:szCs w:val="28"/>
        </w:rPr>
        <w:t>αιτούντ</w:t>
      </w:r>
      <w:r w:rsidR="001C04B0">
        <w:rPr>
          <w:sz w:val="28"/>
          <w:szCs w:val="28"/>
        </w:rPr>
        <w:t>ος</w:t>
      </w:r>
    </w:p>
    <w:p w14:paraId="1DBD75DA" w14:textId="5656AF78" w:rsidR="0061128A" w:rsidRPr="008B2DCD" w:rsidRDefault="00A5526B">
      <w:r w:rsidRPr="008B2DCD">
        <w:rPr>
          <w:b/>
        </w:rPr>
        <w:t xml:space="preserve">1. Ονοματεπώνυμο / επωνυμία </w:t>
      </w:r>
      <w:r w:rsidR="00AE28AA">
        <w:rPr>
          <w:b/>
        </w:rPr>
        <w:t>αιτούντ</w:t>
      </w:r>
      <w:r w:rsidR="00986442">
        <w:rPr>
          <w:b/>
        </w:rPr>
        <w:t>ος</w:t>
      </w:r>
      <w:r w:rsidRPr="008B2DCD">
        <w:rPr>
          <w:b/>
        </w:rPr>
        <w:t xml:space="preserve"> *</w:t>
      </w:r>
    </w:p>
    <w:p w14:paraId="085EF75A" w14:textId="68AC098F" w:rsidR="0061128A" w:rsidRPr="008B2DCD" w:rsidRDefault="0061128A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"/>
      </w:pPr>
      <w:bookmarkStart w:id="0" w:name="_Hlk240881873"/>
    </w:p>
    <w:bookmarkEnd w:id="0"/>
    <w:p w14:paraId="3E43F24A" w14:textId="77777777" w:rsidR="0061128A" w:rsidRPr="008B2DCD" w:rsidRDefault="00A5526B">
      <w:r w:rsidRPr="008B2DCD">
        <w:t>☐ Φυσικό πρόσωπο     ☐ Ομάδα / σύνολο     ☐ Νομικό πρόσωπο     ☐ Άλλο: ______</w:t>
      </w:r>
    </w:p>
    <w:p w14:paraId="4FB2DC5F" w14:textId="77777777" w:rsidR="0061128A" w:rsidRPr="008B2DCD" w:rsidRDefault="00A5526B">
      <w:r w:rsidRPr="008B2DCD">
        <w:rPr>
          <w:b/>
        </w:rPr>
        <w:t>2. Υπεύθυνος επικοινωνίας, τηλέφωνο και email *</w:t>
      </w:r>
    </w:p>
    <w:p w14:paraId="4F2265D6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"/>
      </w:pPr>
    </w:p>
    <w:p w14:paraId="6278ACF7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"/>
      </w:pPr>
    </w:p>
    <w:p w14:paraId="228EDC42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"/>
      </w:pPr>
    </w:p>
    <w:p w14:paraId="5A95EDAC" w14:textId="6C68EF89" w:rsidR="0061128A" w:rsidRPr="008B2DCD" w:rsidRDefault="00A5526B">
      <w:pPr>
        <w:rPr>
          <w:b/>
        </w:rPr>
      </w:pPr>
      <w:r w:rsidRPr="008B2DCD">
        <w:rPr>
          <w:b/>
        </w:rPr>
        <w:t xml:space="preserve">3. Σύντομο προφίλ </w:t>
      </w:r>
      <w:r w:rsidR="00AE28AA">
        <w:rPr>
          <w:b/>
        </w:rPr>
        <w:t>αιτούντα</w:t>
      </w:r>
      <w:r w:rsidRPr="008B2DCD">
        <w:rPr>
          <w:b/>
        </w:rPr>
        <w:t xml:space="preserve"> ή συνόλου, έως 120 λέξεις *</w:t>
      </w:r>
    </w:p>
    <w:p w14:paraId="2C8AC1B6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3EA8E2D8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316EB0A5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05F411E5" w14:textId="77777777" w:rsidR="0061128A" w:rsidRPr="008B2DCD" w:rsidRDefault="00A5526B">
      <w:pPr>
        <w:pStyle w:val="Heading2"/>
        <w:rPr>
          <w:sz w:val="28"/>
          <w:szCs w:val="28"/>
        </w:rPr>
      </w:pPr>
      <w:r w:rsidRPr="008B2DCD">
        <w:rPr>
          <w:sz w:val="28"/>
          <w:szCs w:val="28"/>
        </w:rPr>
        <w:t>Β. Καλλιτεχνική πρόταση</w:t>
      </w:r>
    </w:p>
    <w:p w14:paraId="7F5F2A52" w14:textId="77777777" w:rsidR="0061128A" w:rsidRPr="008B2DCD" w:rsidRDefault="00A5526B">
      <w:pPr>
        <w:rPr>
          <w:b/>
        </w:rPr>
      </w:pPr>
      <w:r w:rsidRPr="008B2DCD">
        <w:rPr>
          <w:b/>
        </w:rPr>
        <w:t>4. Τίτλος παραγωγής *</w:t>
      </w:r>
    </w:p>
    <w:p w14:paraId="62C4A4B6" w14:textId="77777777" w:rsidR="0018587B" w:rsidRPr="008B2DCD" w:rsidRDefault="0018587B" w:rsidP="001858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48FAD46" w14:textId="77777777" w:rsidR="00924E7E" w:rsidRPr="008B2DCD" w:rsidRDefault="00924E7E" w:rsidP="001858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2D10785" w14:textId="77777777" w:rsidR="00451C04" w:rsidRDefault="00A5526B">
      <w:r w:rsidRPr="008B2DCD">
        <w:t xml:space="preserve">☐ Μουσική δωματίου     ☐ Σόλο / ρεσιτάλ     ☐ Λυρική / οπερατική     ☐ Σύγχρονη δημιουργία  </w:t>
      </w:r>
    </w:p>
    <w:p w14:paraId="4DDE41DA" w14:textId="2088A5B7" w:rsidR="0061128A" w:rsidRPr="008B2DCD" w:rsidRDefault="00A5526B">
      <w:r w:rsidRPr="008B2DCD">
        <w:t>☐ Άλλο</w:t>
      </w:r>
      <w:r w:rsidR="00451C04">
        <w:t xml:space="preserve"> (παρακαλώ περιγράψτε)</w:t>
      </w:r>
      <w:r w:rsidRPr="008B2DCD">
        <w:t>: ______</w:t>
      </w:r>
      <w:r w:rsidR="00451C04">
        <w:t>_________________________________________________________________</w:t>
      </w:r>
    </w:p>
    <w:p w14:paraId="62911811" w14:textId="77777777" w:rsidR="0061128A" w:rsidRPr="008B2DCD" w:rsidRDefault="00A5526B">
      <w:r w:rsidRPr="008B2DCD">
        <w:rPr>
          <w:b/>
        </w:rPr>
        <w:t>5. Σύντομη περίληψη, έως 150 λέξεις *</w:t>
      </w:r>
    </w:p>
    <w:p w14:paraId="5E84F24C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773CD5FD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7E02CCB2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104CC5A4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651B7220" w14:textId="41D9E076" w:rsidR="0061128A" w:rsidRPr="008B2DCD" w:rsidRDefault="00A5526B">
      <w:r w:rsidRPr="008B2DCD">
        <w:rPr>
          <w:b/>
        </w:rPr>
        <w:t>6. Καλλιτεχνική σύλληψη και σύνδεση με τη θεματική «Διάλογοι και Μεταμορφώσεις», έως 350 λέξεις *</w:t>
      </w:r>
    </w:p>
    <w:p w14:paraId="75EC7678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41390715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22D051A0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7DBA26FD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5BCCF252" w14:textId="77777777" w:rsidR="000743E3" w:rsidRDefault="000743E3">
      <w:pPr>
        <w:spacing w:after="200"/>
        <w:rPr>
          <w:b/>
        </w:rPr>
      </w:pPr>
      <w:r>
        <w:rPr>
          <w:b/>
        </w:rPr>
        <w:br w:type="page"/>
      </w:r>
    </w:p>
    <w:p w14:paraId="13E2A41C" w14:textId="12E44F90" w:rsidR="0061128A" w:rsidRPr="008B2DCD" w:rsidRDefault="00A5526B">
      <w:r w:rsidRPr="008B2DCD">
        <w:rPr>
          <w:b/>
        </w:rPr>
        <w:lastRenderedPageBreak/>
        <w:t xml:space="preserve">7. </w:t>
      </w:r>
      <w:r w:rsidR="00795D95" w:rsidRPr="008B2DCD">
        <w:rPr>
          <w:b/>
        </w:rPr>
        <w:t>Ενδεικτικό</w:t>
      </w:r>
      <w:r w:rsidRPr="008B2DCD">
        <w:rPr>
          <w:b/>
        </w:rPr>
        <w:t xml:space="preserve"> ρεπερτόριο </w:t>
      </w:r>
      <w:r w:rsidR="00795D95" w:rsidRPr="008B2DCD">
        <w:rPr>
          <w:b/>
        </w:rPr>
        <w:t>(</w:t>
      </w:r>
      <w:r w:rsidRPr="008B2DCD">
        <w:rPr>
          <w:b/>
        </w:rPr>
        <w:t>συνθέτες, έργα και διάρκειες</w:t>
      </w:r>
      <w:r w:rsidR="00795D95" w:rsidRPr="008B2DCD">
        <w:rPr>
          <w:b/>
        </w:rPr>
        <w:t>)</w:t>
      </w:r>
      <w:r w:rsidRPr="008B2DCD">
        <w:rPr>
          <w:b/>
        </w:rPr>
        <w:t xml:space="preserve"> *</w:t>
      </w:r>
    </w:p>
    <w:p w14:paraId="6162BBB5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5162A1C6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1FE46E86" w14:textId="77777777" w:rsidR="00795D95" w:rsidRPr="008B2DCD" w:rsidRDefault="00795D95" w:rsidP="00795D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225EED1F" w14:textId="111EB06B" w:rsidR="0061128A" w:rsidRPr="008B2DCD" w:rsidRDefault="00A5526B">
      <w:pPr>
        <w:rPr>
          <w:b/>
        </w:rPr>
      </w:pPr>
      <w:r w:rsidRPr="008B2DCD">
        <w:rPr>
          <w:b/>
        </w:rPr>
        <w:t>8. Βασικοί συντελεστές και ρόλοι *</w:t>
      </w:r>
    </w:p>
    <w:p w14:paraId="3F0FD0EF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377EF8A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0705489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9E9857C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5A00E5F" w14:textId="77777777" w:rsidR="0061128A" w:rsidRPr="008B2DCD" w:rsidRDefault="00A5526B">
      <w:pPr>
        <w:rPr>
          <w:b/>
        </w:rPr>
      </w:pPr>
      <w:r w:rsidRPr="008B2DCD">
        <w:rPr>
          <w:b/>
        </w:rPr>
        <w:t>9. Συνολική διάρκεια συναυλίας *</w:t>
      </w:r>
    </w:p>
    <w:p w14:paraId="6C77E21D" w14:textId="77777777" w:rsidR="00CA4869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80901BC" w14:textId="77777777" w:rsidR="0093721D" w:rsidRPr="008B2DCD" w:rsidRDefault="0093721D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0C04429" w14:textId="77777777" w:rsidR="0061128A" w:rsidRPr="008B2DCD" w:rsidRDefault="00A5526B">
      <w:pPr>
        <w:pStyle w:val="Heading2"/>
        <w:rPr>
          <w:sz w:val="28"/>
          <w:szCs w:val="28"/>
        </w:rPr>
      </w:pPr>
      <w:r w:rsidRPr="008B2DCD">
        <w:rPr>
          <w:sz w:val="28"/>
          <w:szCs w:val="28"/>
        </w:rPr>
        <w:t>Γ. Υλοποίηση</w:t>
      </w:r>
    </w:p>
    <w:p w14:paraId="2B03AC4B" w14:textId="4D46668F" w:rsidR="00604AE2" w:rsidRPr="008B2DCD" w:rsidRDefault="00604AE2">
      <w:pPr>
        <w:rPr>
          <w:b/>
        </w:rPr>
      </w:pPr>
      <w:r w:rsidRPr="008B2DCD">
        <w:rPr>
          <w:b/>
        </w:rPr>
        <w:t xml:space="preserve">10. </w:t>
      </w:r>
      <w:r w:rsidR="002E5377">
        <w:rPr>
          <w:b/>
          <w:bCs/>
        </w:rPr>
        <w:t>Π</w:t>
      </w:r>
      <w:r w:rsidRPr="008B2DCD">
        <w:rPr>
          <w:b/>
        </w:rPr>
        <w:t>ροτεινόμενες ημερομηνίες ή περίοδοι *</w:t>
      </w:r>
    </w:p>
    <w:p w14:paraId="4CBD1733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26D3D66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633A7D6" w14:textId="684F25D5" w:rsidR="0061128A" w:rsidRPr="008B2DCD" w:rsidRDefault="00A5526B">
      <w:pPr>
        <w:rPr>
          <w:b/>
        </w:rPr>
      </w:pPr>
      <w:r w:rsidRPr="008B2DCD">
        <w:rPr>
          <w:b/>
        </w:rPr>
        <w:t xml:space="preserve">11. Προτεινόμενος χώρος και εναλλακτική επιλογή </w:t>
      </w:r>
      <w:r w:rsidR="00924436">
        <w:rPr>
          <w:b/>
        </w:rPr>
        <w:t xml:space="preserve">εφόσον υπάρχει </w:t>
      </w:r>
      <w:r w:rsidRPr="008B2DCD">
        <w:rPr>
          <w:b/>
        </w:rPr>
        <w:t>*</w:t>
      </w:r>
    </w:p>
    <w:p w14:paraId="2BD80BB6" w14:textId="77777777" w:rsidR="00CA4869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E416CED" w14:textId="77777777" w:rsidR="003E3BC7" w:rsidRPr="008B2DCD" w:rsidRDefault="003E3BC7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EB13398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31BAF53" w14:textId="797099C7" w:rsidR="0061128A" w:rsidRPr="008B2DCD" w:rsidRDefault="00A5526B">
      <w:pPr>
        <w:rPr>
          <w:b/>
        </w:rPr>
      </w:pPr>
      <w:r w:rsidRPr="008B2DCD">
        <w:rPr>
          <w:b/>
        </w:rPr>
        <w:t>12. Βασικές τεχνικές ανάγκες</w:t>
      </w:r>
      <w:r w:rsidR="00CA4869" w:rsidRPr="008B2DCD">
        <w:rPr>
          <w:b/>
        </w:rPr>
        <w:t xml:space="preserve"> </w:t>
      </w:r>
      <w:r w:rsidRPr="008B2DCD">
        <w:rPr>
          <w:b/>
        </w:rPr>
        <w:t>*</w:t>
      </w:r>
    </w:p>
    <w:p w14:paraId="245656AF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F5A9B61" w14:textId="77777777" w:rsidR="00CA4869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5622C85" w14:textId="77777777" w:rsidR="003E3BC7" w:rsidRPr="008B2DCD" w:rsidRDefault="003E3BC7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86AA76D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E650B50" w14:textId="3579BDB7" w:rsidR="00604AE2" w:rsidRPr="008B2DCD" w:rsidRDefault="00604AE2">
      <w:pPr>
        <w:rPr>
          <w:b/>
        </w:rPr>
      </w:pPr>
      <w:r w:rsidRPr="008B2DCD">
        <w:rPr>
          <w:b/>
        </w:rPr>
        <w:t xml:space="preserve">13. </w:t>
      </w:r>
      <w:r w:rsidR="00FC4002">
        <w:rPr>
          <w:b/>
          <w:bCs/>
        </w:rPr>
        <w:t>Δράση</w:t>
      </w:r>
      <w:r w:rsidRPr="008B2DCD">
        <w:rPr>
          <w:b/>
        </w:rPr>
        <w:t xml:space="preserve"> ανάπτυξης κοινού</w:t>
      </w:r>
      <w:r w:rsidR="00FC4002">
        <w:rPr>
          <w:b/>
          <w:bCs/>
        </w:rPr>
        <w:t xml:space="preserve"> (προαιρετικό πεδίο, </w:t>
      </w:r>
      <w:r w:rsidRPr="008B2DCD">
        <w:rPr>
          <w:b/>
        </w:rPr>
        <w:t>έως 150 λέξεις</w:t>
      </w:r>
      <w:r>
        <w:rPr>
          <w:b/>
          <w:bCs/>
        </w:rPr>
        <w:t>)</w:t>
      </w:r>
    </w:p>
    <w:p w14:paraId="73BC0189" w14:textId="77777777" w:rsidR="00CA4869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92F2FA6" w14:textId="77777777" w:rsidR="003E3BC7" w:rsidRDefault="003E3BC7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D0542EB" w14:textId="77777777" w:rsidR="003E3BC7" w:rsidRPr="008B2DCD" w:rsidRDefault="003E3BC7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B4DEFFF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BC3B017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482987D" w14:textId="77777777" w:rsidR="00530B07" w:rsidRDefault="00530B07">
      <w:pPr>
        <w:spacing w:after="200"/>
        <w:rPr>
          <w:b/>
        </w:rPr>
      </w:pPr>
      <w:r>
        <w:rPr>
          <w:b/>
        </w:rPr>
        <w:br w:type="page"/>
      </w:r>
    </w:p>
    <w:p w14:paraId="06FDCE7B" w14:textId="318DB5C2" w:rsidR="0061128A" w:rsidRPr="008B2DCD" w:rsidRDefault="00A5526B">
      <w:pPr>
        <w:rPr>
          <w:b/>
        </w:rPr>
      </w:pPr>
      <w:r w:rsidRPr="008B2DCD">
        <w:rPr>
          <w:b/>
        </w:rPr>
        <w:lastRenderedPageBreak/>
        <w:t>14. Συνεργασίες ή διαθεματικά στοιχεία, εφόσον υπάρχουν</w:t>
      </w:r>
    </w:p>
    <w:p w14:paraId="6C792E66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B3FF973" w14:textId="77777777" w:rsidR="00CA4869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CDEEA87" w14:textId="77777777" w:rsidR="00CA4869" w:rsidRPr="00E66892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4C643B0" w14:textId="2F83F317" w:rsidR="0061128A" w:rsidRPr="00F500DC" w:rsidRDefault="00A5526B" w:rsidP="00F500DC">
      <w:pPr>
        <w:pStyle w:val="Heading1"/>
        <w:rPr>
          <w:sz w:val="24"/>
          <w:szCs w:val="26"/>
        </w:rPr>
      </w:pPr>
      <w:r w:rsidRPr="008B2DCD">
        <w:t>Δ. Προϋπολογισμός</w:t>
      </w:r>
    </w:p>
    <w:p w14:paraId="351F8A8F" w14:textId="77777777" w:rsidR="0061128A" w:rsidRPr="008B2DCD" w:rsidRDefault="00A5526B">
      <w:r w:rsidRPr="008B2DCD">
        <w:rPr>
          <w:b/>
        </w:rPr>
        <w:t>15. Συνολικό κόστος παραγωγής: € __________      Αιτούμενη δημοτική συνεισφορά: € __________ *</w:t>
      </w:r>
    </w:p>
    <w:p w14:paraId="16135EB4" w14:textId="0F72B387" w:rsidR="0061128A" w:rsidRPr="008B2DCD" w:rsidRDefault="0061128A">
      <w:pPr>
        <w:spacing w:after="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283"/>
        <w:gridCol w:w="3282"/>
        <w:gridCol w:w="3283"/>
      </w:tblGrid>
      <w:tr w:rsidR="0061128A" w:rsidRPr="008B2DCD" w14:paraId="2F017E63" w14:textId="77777777" w:rsidTr="00DD1D00">
        <w:trPr>
          <w:jc w:val="center"/>
        </w:trPr>
        <w:tc>
          <w:tcPr>
            <w:tcW w:w="3283" w:type="dxa"/>
            <w:tcBorders>
              <w:bottom w:val="single" w:sz="4" w:space="0" w:color="auto"/>
            </w:tcBorders>
            <w:shd w:val="clear" w:color="auto" w:fill="1959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24CF33" w14:textId="77777777" w:rsidR="0061128A" w:rsidRPr="008B2DCD" w:rsidRDefault="00A5526B">
            <w:r w:rsidRPr="008B2DCD">
              <w:rPr>
                <w:b/>
                <w:color w:val="FFFFFF"/>
                <w:sz w:val="19"/>
              </w:rPr>
              <w:t>Κατηγορία</w:t>
            </w:r>
          </w:p>
        </w:tc>
        <w:tc>
          <w:tcPr>
            <w:tcW w:w="3282" w:type="dxa"/>
            <w:tcBorders>
              <w:bottom w:val="single" w:sz="4" w:space="0" w:color="auto"/>
            </w:tcBorders>
            <w:shd w:val="clear" w:color="auto" w:fill="1959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2D86A9" w14:textId="77777777" w:rsidR="0061128A" w:rsidRPr="008B2DCD" w:rsidRDefault="00A5526B">
            <w:r w:rsidRPr="008B2DCD">
              <w:rPr>
                <w:b/>
                <w:color w:val="FFFFFF"/>
                <w:sz w:val="19"/>
              </w:rPr>
              <w:t>Ποσό €</w:t>
            </w:r>
          </w:p>
        </w:tc>
        <w:tc>
          <w:tcPr>
            <w:tcW w:w="3283" w:type="dxa"/>
            <w:tcBorders>
              <w:bottom w:val="single" w:sz="4" w:space="0" w:color="auto"/>
            </w:tcBorders>
            <w:shd w:val="clear" w:color="auto" w:fill="1959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93BE8A" w14:textId="63FA0DB1" w:rsidR="0061128A" w:rsidRPr="008B2DCD" w:rsidRDefault="00735A8E">
            <w:r w:rsidRPr="008B2DCD">
              <w:rPr>
                <w:b/>
                <w:color w:val="FFFFFF"/>
                <w:sz w:val="19"/>
              </w:rPr>
              <w:t>Περιγραφή</w:t>
            </w:r>
          </w:p>
        </w:tc>
      </w:tr>
      <w:tr w:rsidR="0061128A" w:rsidRPr="008B2DCD" w14:paraId="51A9693B" w14:textId="77777777" w:rsidTr="00DD1D00">
        <w:trPr>
          <w:jc w:val="center"/>
        </w:trPr>
        <w:tc>
          <w:tcPr>
            <w:tcW w:w="3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5A7607" w14:textId="77777777" w:rsidR="0061128A" w:rsidRPr="008B2DCD" w:rsidRDefault="00A5526B">
            <w:r w:rsidRPr="008B2DCD">
              <w:rPr>
                <w:sz w:val="19"/>
              </w:rPr>
              <w:t>Καλλιτεχνικές αμοιβές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6ED11F" w14:textId="77777777" w:rsidR="0061128A" w:rsidRPr="008B2DCD" w:rsidRDefault="0061128A"/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595F49" w14:textId="77777777" w:rsidR="0061128A" w:rsidRPr="008B2DCD" w:rsidRDefault="0061128A"/>
        </w:tc>
      </w:tr>
      <w:tr w:rsidR="0061128A" w:rsidRPr="008B2DCD" w14:paraId="08378005" w14:textId="77777777" w:rsidTr="00DD1D00">
        <w:trPr>
          <w:jc w:val="center"/>
        </w:trPr>
        <w:tc>
          <w:tcPr>
            <w:tcW w:w="3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36E40F" w14:textId="4A790DED" w:rsidR="0061128A" w:rsidRPr="008B2DCD" w:rsidRDefault="00A5526B">
            <w:r w:rsidRPr="008B2DCD">
              <w:rPr>
                <w:sz w:val="19"/>
              </w:rPr>
              <w:t>Τεχνικές ανάγκες</w:t>
            </w:r>
            <w:r w:rsidR="00CC07B0">
              <w:rPr>
                <w:sz w:val="19"/>
              </w:rPr>
              <w:t xml:space="preserve"> / εξοπλισμός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D7F54F" w14:textId="77777777" w:rsidR="0061128A" w:rsidRPr="008B2DCD" w:rsidRDefault="0061128A"/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EA93DD" w14:textId="77777777" w:rsidR="0061128A" w:rsidRPr="008B2DCD" w:rsidRDefault="0061128A"/>
        </w:tc>
      </w:tr>
      <w:tr w:rsidR="0061128A" w:rsidRPr="008B2DCD" w14:paraId="063754D9" w14:textId="77777777" w:rsidTr="00DD1D00">
        <w:trPr>
          <w:jc w:val="center"/>
        </w:trPr>
        <w:tc>
          <w:tcPr>
            <w:tcW w:w="3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F487E1" w14:textId="77777777" w:rsidR="0061128A" w:rsidRPr="008B2DCD" w:rsidRDefault="00A5526B">
            <w:r w:rsidRPr="008B2DCD">
              <w:rPr>
                <w:sz w:val="19"/>
              </w:rPr>
              <w:t>Άλλες δαπάνες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0DA0DA" w14:textId="77777777" w:rsidR="0061128A" w:rsidRPr="008B2DCD" w:rsidRDefault="0061128A"/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E08410" w14:textId="77777777" w:rsidR="0061128A" w:rsidRPr="008B2DCD" w:rsidRDefault="0061128A"/>
        </w:tc>
      </w:tr>
      <w:tr w:rsidR="0061128A" w:rsidRPr="008B2DCD" w14:paraId="587AFBE8" w14:textId="77777777" w:rsidTr="00DD1D00">
        <w:trPr>
          <w:jc w:val="center"/>
        </w:trPr>
        <w:tc>
          <w:tcPr>
            <w:tcW w:w="3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BEC634" w14:textId="77777777" w:rsidR="0061128A" w:rsidRPr="008B2DCD" w:rsidRDefault="00A5526B">
            <w:r w:rsidRPr="008B2DCD">
              <w:rPr>
                <w:b/>
                <w:sz w:val="19"/>
              </w:rPr>
              <w:t>ΣΥΝΟΛΟ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C6634E" w14:textId="77777777" w:rsidR="0061128A" w:rsidRPr="008B2DCD" w:rsidRDefault="0061128A"/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DC5379" w14:textId="77777777" w:rsidR="0061128A" w:rsidRPr="008B2DCD" w:rsidRDefault="0061128A"/>
        </w:tc>
      </w:tr>
    </w:tbl>
    <w:p w14:paraId="011EE0E8" w14:textId="77777777" w:rsidR="0061128A" w:rsidRPr="008B2DCD" w:rsidRDefault="00A5526B">
      <w:pPr>
        <w:rPr>
          <w:b/>
        </w:rPr>
      </w:pPr>
      <w:r w:rsidRPr="008B2DCD">
        <w:rPr>
          <w:b/>
        </w:rPr>
        <w:t>16. Άλλες πηγές χρηματοδότησης ή έσοδα</w:t>
      </w:r>
    </w:p>
    <w:p w14:paraId="71F4496D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46E8B6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747363D" w14:textId="46EA9027" w:rsidR="0061128A" w:rsidRPr="008B2DCD" w:rsidRDefault="00A5526B">
      <w:pPr>
        <w:pStyle w:val="Heading2"/>
        <w:rPr>
          <w:sz w:val="28"/>
          <w:szCs w:val="28"/>
        </w:rPr>
      </w:pPr>
      <w:r w:rsidRPr="008B2DCD">
        <w:rPr>
          <w:sz w:val="28"/>
          <w:szCs w:val="28"/>
        </w:rPr>
        <w:t>Ε. Συνοδευτικ</w:t>
      </w:r>
      <w:r w:rsidR="00012D4E" w:rsidRPr="008B2DCD">
        <w:rPr>
          <w:sz w:val="28"/>
          <w:szCs w:val="28"/>
        </w:rPr>
        <w:t xml:space="preserve">ό υλικό </w:t>
      </w:r>
      <w:r w:rsidRPr="008B2DCD">
        <w:rPr>
          <w:sz w:val="28"/>
          <w:szCs w:val="28"/>
        </w:rPr>
        <w:t>και δήλωση</w:t>
      </w:r>
    </w:p>
    <w:p w14:paraId="718D4F7F" w14:textId="77777777" w:rsidR="00012D4E" w:rsidRPr="008B2DCD" w:rsidRDefault="00012D4E">
      <w:pPr>
        <w:rPr>
          <w:sz w:val="22"/>
          <w:szCs w:val="24"/>
        </w:rPr>
        <w:sectPr w:rsidR="00012D4E" w:rsidRPr="008B2DCD" w:rsidSect="00034616">
          <w:pgSz w:w="12240" w:h="15840"/>
          <w:pgMar w:top="964" w:right="1191" w:bottom="964" w:left="1191" w:header="720" w:footer="720" w:gutter="0"/>
          <w:cols w:space="720"/>
          <w:docGrid w:linePitch="360"/>
        </w:sectPr>
      </w:pPr>
    </w:p>
    <w:p w14:paraId="7752FC41" w14:textId="7799C452" w:rsidR="00012D4E" w:rsidRPr="008B2DCD" w:rsidRDefault="00012D4E">
      <w:r w:rsidRPr="008B2DCD">
        <w:t>☐ Βιογραφικ</w:t>
      </w:r>
      <w:r w:rsidR="00513D10" w:rsidRPr="008B2DCD">
        <w:t>ά συντελεστών</w:t>
      </w:r>
    </w:p>
    <w:p w14:paraId="78C171FC" w14:textId="303EBDCB" w:rsidR="00012D4E" w:rsidRPr="008B2DCD" w:rsidRDefault="00012D4E">
      <w:r w:rsidRPr="008B2DCD">
        <w:t xml:space="preserve">☐ Οπτικοακουστικό υλικό     </w:t>
      </w:r>
    </w:p>
    <w:p w14:paraId="48802A3B" w14:textId="77777777" w:rsidR="00012D4E" w:rsidRPr="008B2DCD" w:rsidRDefault="00012D4E" w:rsidP="00012D4E">
      <w:r w:rsidRPr="008B2DCD">
        <w:t xml:space="preserve">☐ Τεχνικό δελτίο, εάν απαιτείται     </w:t>
      </w:r>
    </w:p>
    <w:p w14:paraId="09C6EDEB" w14:textId="77B182F4" w:rsidR="00012D4E" w:rsidRPr="008B2DCD" w:rsidRDefault="00012D4E" w:rsidP="00012D4E">
      <w:r w:rsidRPr="008B2DCD">
        <w:t>☐ Επιστολές συνεργασίας, εάν υπάρχουν</w:t>
      </w:r>
    </w:p>
    <w:p w14:paraId="552F9CFE" w14:textId="77777777" w:rsidR="00012D4E" w:rsidRPr="008B2DCD" w:rsidRDefault="00012D4E">
      <w:pPr>
        <w:sectPr w:rsidR="00012D4E" w:rsidRPr="008B2DCD" w:rsidSect="00012D4E">
          <w:type w:val="continuous"/>
          <w:pgSz w:w="12240" w:h="15840"/>
          <w:pgMar w:top="964" w:right="1191" w:bottom="964" w:left="1191" w:header="720" w:footer="720" w:gutter="0"/>
          <w:cols w:num="2" w:space="720"/>
          <w:docGrid w:linePitch="360"/>
        </w:sectPr>
      </w:pPr>
    </w:p>
    <w:p w14:paraId="1840AC4A" w14:textId="5A68DF20" w:rsidR="0061128A" w:rsidRPr="008B2DCD" w:rsidRDefault="00A5526B">
      <w:pPr>
        <w:rPr>
          <w:b/>
        </w:rPr>
      </w:pPr>
      <w:r w:rsidRPr="008B2DCD">
        <w:rPr>
          <w:b/>
        </w:rPr>
        <w:t xml:space="preserve">17. Σύνδεσμοι </w:t>
      </w:r>
      <w:r w:rsidR="00CA4869" w:rsidRPr="008B2DCD">
        <w:rPr>
          <w:b/>
        </w:rPr>
        <w:t xml:space="preserve">προωθητικού </w:t>
      </w:r>
      <w:r w:rsidRPr="008B2DCD">
        <w:rPr>
          <w:b/>
        </w:rPr>
        <w:t xml:space="preserve">υλικού </w:t>
      </w:r>
    </w:p>
    <w:p w14:paraId="0E484DBF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73F0058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390C5D5" w14:textId="77777777" w:rsidR="00CA4869" w:rsidRPr="008B2DCD" w:rsidRDefault="00CA4869" w:rsidP="00CA4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6109A01" w14:textId="62637597" w:rsidR="0061128A" w:rsidRPr="008B2DCD" w:rsidRDefault="00A5526B">
      <w:r w:rsidRPr="008B2DCD">
        <w:t>☐ Δηλώνω ότι τα στοιχεία της αίτησης είναι ακριβή και πλήρη.</w:t>
      </w:r>
    </w:p>
    <w:p w14:paraId="35F0D894" w14:textId="77777777" w:rsidR="0061128A" w:rsidRPr="008B2DCD" w:rsidRDefault="00A5526B">
      <w:r w:rsidRPr="008B2DCD">
        <w:t>☐ Αποδέχομαι τους όρους της πρόσκλησης και τη διαδικασία αξιολόγησης.</w:t>
      </w:r>
    </w:p>
    <w:p w14:paraId="798DA518" w14:textId="77777777" w:rsidR="0061128A" w:rsidRDefault="00A5526B">
      <w:r w:rsidRPr="008B2DCD">
        <w:t>☐ Έχω ενημερώσει τα πρόσωπα των οποίων τα δεδομένα περιλαμβάνονται στην αίτηση.</w:t>
      </w:r>
    </w:p>
    <w:p w14:paraId="4A037158" w14:textId="77777777" w:rsidR="0061128A" w:rsidRPr="008B2DCD" w:rsidRDefault="00A5526B">
      <w:pPr>
        <w:rPr>
          <w:b/>
        </w:rPr>
      </w:pPr>
      <w:r w:rsidRPr="008B2DCD">
        <w:rPr>
          <w:b/>
        </w:rPr>
        <w:t>Ονοματεπώνυμο και ιδιότητα εξουσιοδοτημένου προσώπου *</w:t>
      </w:r>
    </w:p>
    <w:p w14:paraId="7E204298" w14:textId="77777777" w:rsidR="00926765" w:rsidRPr="008B2DCD" w:rsidRDefault="00926765" w:rsidP="00926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A134DCB" w14:textId="77777777" w:rsidR="00926765" w:rsidRDefault="00926765">
      <w:pPr>
        <w:rPr>
          <w:b/>
        </w:rPr>
      </w:pPr>
    </w:p>
    <w:p w14:paraId="5C4A0765" w14:textId="53AEB7B7" w:rsidR="0061128A" w:rsidRPr="008B2DCD" w:rsidRDefault="00A5526B" w:rsidP="00076AC3">
      <w:pPr>
        <w:pBdr>
          <w:top w:val="single" w:sz="4" w:space="1" w:color="auto"/>
        </w:pBdr>
      </w:pPr>
      <w:r w:rsidRPr="008B2DCD">
        <w:rPr>
          <w:b/>
        </w:rPr>
        <w:t xml:space="preserve">Ημερομηνία *                                      </w:t>
      </w:r>
      <w:r w:rsidR="00926765" w:rsidRPr="008B2DCD">
        <w:rPr>
          <w:b/>
        </w:rPr>
        <w:tab/>
      </w:r>
      <w:r w:rsidR="00926765" w:rsidRPr="008B2DCD">
        <w:rPr>
          <w:b/>
        </w:rPr>
        <w:tab/>
      </w:r>
      <w:r w:rsidR="00926765" w:rsidRPr="008B2DCD">
        <w:rPr>
          <w:b/>
        </w:rPr>
        <w:tab/>
      </w:r>
      <w:r w:rsidR="00926765" w:rsidRPr="008B2DCD">
        <w:rPr>
          <w:b/>
        </w:rPr>
        <w:tab/>
      </w:r>
      <w:r w:rsidR="00926765" w:rsidRPr="008B2DCD">
        <w:rPr>
          <w:b/>
        </w:rPr>
        <w:tab/>
      </w:r>
      <w:r w:rsidRPr="008B2DCD">
        <w:rPr>
          <w:b/>
        </w:rPr>
        <w:t>Υπογραφή *</w:t>
      </w:r>
    </w:p>
    <w:sectPr w:rsidR="0061128A" w:rsidRPr="008B2DCD" w:rsidSect="00012D4E">
      <w:type w:val="continuous"/>
      <w:pgSz w:w="12240" w:h="15840"/>
      <w:pgMar w:top="964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0D9B8" w14:textId="77777777" w:rsidR="006A74E8" w:rsidRPr="008B2DCD" w:rsidRDefault="006A74E8">
      <w:pPr>
        <w:spacing w:after="0" w:line="240" w:lineRule="auto"/>
      </w:pPr>
      <w:r w:rsidRPr="008B2DCD">
        <w:separator/>
      </w:r>
    </w:p>
  </w:endnote>
  <w:endnote w:type="continuationSeparator" w:id="0">
    <w:p w14:paraId="29425006" w14:textId="77777777" w:rsidR="006A74E8" w:rsidRPr="008B2DCD" w:rsidRDefault="006A74E8">
      <w:pPr>
        <w:spacing w:after="0" w:line="240" w:lineRule="auto"/>
      </w:pPr>
      <w:r w:rsidRPr="008B2D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8AA66" w14:textId="77777777" w:rsidR="006A74E8" w:rsidRPr="008B2DCD" w:rsidRDefault="006A74E8">
      <w:pPr>
        <w:spacing w:after="0" w:line="240" w:lineRule="auto"/>
      </w:pPr>
      <w:r w:rsidRPr="008B2DCD">
        <w:separator/>
      </w:r>
    </w:p>
  </w:footnote>
  <w:footnote w:type="continuationSeparator" w:id="0">
    <w:p w14:paraId="6FC0786A" w14:textId="77777777" w:rsidR="006A74E8" w:rsidRPr="008B2DCD" w:rsidRDefault="006A74E8">
      <w:pPr>
        <w:spacing w:after="0" w:line="240" w:lineRule="auto"/>
      </w:pPr>
      <w:r w:rsidRPr="008B2DC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5810946">
    <w:abstractNumId w:val="8"/>
  </w:num>
  <w:num w:numId="2" w16cid:durableId="1762487943">
    <w:abstractNumId w:val="6"/>
  </w:num>
  <w:num w:numId="3" w16cid:durableId="2116317031">
    <w:abstractNumId w:val="5"/>
  </w:num>
  <w:num w:numId="4" w16cid:durableId="1092778413">
    <w:abstractNumId w:val="4"/>
  </w:num>
  <w:num w:numId="5" w16cid:durableId="662003214">
    <w:abstractNumId w:val="7"/>
  </w:num>
  <w:num w:numId="6" w16cid:durableId="523982487">
    <w:abstractNumId w:val="3"/>
  </w:num>
  <w:num w:numId="7" w16cid:durableId="1510757019">
    <w:abstractNumId w:val="2"/>
  </w:num>
  <w:num w:numId="8" w16cid:durableId="671614372">
    <w:abstractNumId w:val="1"/>
  </w:num>
  <w:num w:numId="9" w16cid:durableId="1746143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12F"/>
    <w:rsid w:val="000020E6"/>
    <w:rsid w:val="000027AC"/>
    <w:rsid w:val="0000601B"/>
    <w:rsid w:val="00012D4E"/>
    <w:rsid w:val="00034616"/>
    <w:rsid w:val="0005276F"/>
    <w:rsid w:val="0006063C"/>
    <w:rsid w:val="000743E3"/>
    <w:rsid w:val="00076AC3"/>
    <w:rsid w:val="000A7EF8"/>
    <w:rsid w:val="000D19EF"/>
    <w:rsid w:val="000E1BF5"/>
    <w:rsid w:val="00115DE8"/>
    <w:rsid w:val="00115E1C"/>
    <w:rsid w:val="001219EA"/>
    <w:rsid w:val="0013004C"/>
    <w:rsid w:val="0015074B"/>
    <w:rsid w:val="0017293E"/>
    <w:rsid w:val="0018587B"/>
    <w:rsid w:val="00192764"/>
    <w:rsid w:val="001B2C13"/>
    <w:rsid w:val="001B75D2"/>
    <w:rsid w:val="001C04B0"/>
    <w:rsid w:val="001F18EC"/>
    <w:rsid w:val="00211F9B"/>
    <w:rsid w:val="00291966"/>
    <w:rsid w:val="0029639D"/>
    <w:rsid w:val="002A6533"/>
    <w:rsid w:val="002B2659"/>
    <w:rsid w:val="002B327E"/>
    <w:rsid w:val="002E220D"/>
    <w:rsid w:val="002E3646"/>
    <w:rsid w:val="002E43A4"/>
    <w:rsid w:val="002E5377"/>
    <w:rsid w:val="003030BD"/>
    <w:rsid w:val="00312FA5"/>
    <w:rsid w:val="00324794"/>
    <w:rsid w:val="00326F90"/>
    <w:rsid w:val="00355555"/>
    <w:rsid w:val="00361E91"/>
    <w:rsid w:val="0037348E"/>
    <w:rsid w:val="003B17C0"/>
    <w:rsid w:val="003C1EF2"/>
    <w:rsid w:val="003E3BC7"/>
    <w:rsid w:val="003E46CA"/>
    <w:rsid w:val="003E5C39"/>
    <w:rsid w:val="003F471A"/>
    <w:rsid w:val="003F6597"/>
    <w:rsid w:val="004150CA"/>
    <w:rsid w:val="0041634A"/>
    <w:rsid w:val="00451C04"/>
    <w:rsid w:val="004F0998"/>
    <w:rsid w:val="00500565"/>
    <w:rsid w:val="00500BB7"/>
    <w:rsid w:val="00503345"/>
    <w:rsid w:val="00513D10"/>
    <w:rsid w:val="00530B07"/>
    <w:rsid w:val="00537526"/>
    <w:rsid w:val="00537C23"/>
    <w:rsid w:val="00541AB1"/>
    <w:rsid w:val="00574D7B"/>
    <w:rsid w:val="00595981"/>
    <w:rsid w:val="005B6494"/>
    <w:rsid w:val="005D45DA"/>
    <w:rsid w:val="005D4EB1"/>
    <w:rsid w:val="005E1E82"/>
    <w:rsid w:val="005E4C98"/>
    <w:rsid w:val="005E5383"/>
    <w:rsid w:val="00604791"/>
    <w:rsid w:val="00604AE2"/>
    <w:rsid w:val="0061128A"/>
    <w:rsid w:val="006239AB"/>
    <w:rsid w:val="006378EC"/>
    <w:rsid w:val="00651E02"/>
    <w:rsid w:val="006654B5"/>
    <w:rsid w:val="00673B55"/>
    <w:rsid w:val="0067661A"/>
    <w:rsid w:val="006775C3"/>
    <w:rsid w:val="00680C44"/>
    <w:rsid w:val="006A74E8"/>
    <w:rsid w:val="006B145F"/>
    <w:rsid w:val="006D4D03"/>
    <w:rsid w:val="00710386"/>
    <w:rsid w:val="00712EF4"/>
    <w:rsid w:val="007316F8"/>
    <w:rsid w:val="00735A8E"/>
    <w:rsid w:val="007434BE"/>
    <w:rsid w:val="00753B13"/>
    <w:rsid w:val="0076365F"/>
    <w:rsid w:val="0079193A"/>
    <w:rsid w:val="00795D95"/>
    <w:rsid w:val="007B3C3A"/>
    <w:rsid w:val="007C7344"/>
    <w:rsid w:val="00815B2F"/>
    <w:rsid w:val="0082261E"/>
    <w:rsid w:val="00827DAD"/>
    <w:rsid w:val="00844DEA"/>
    <w:rsid w:val="0084598C"/>
    <w:rsid w:val="008546CE"/>
    <w:rsid w:val="008924CB"/>
    <w:rsid w:val="008B2DCD"/>
    <w:rsid w:val="008F3210"/>
    <w:rsid w:val="008F457C"/>
    <w:rsid w:val="00902C82"/>
    <w:rsid w:val="00915D7A"/>
    <w:rsid w:val="00924436"/>
    <w:rsid w:val="00924E7E"/>
    <w:rsid w:val="00926765"/>
    <w:rsid w:val="00927C15"/>
    <w:rsid w:val="0093383A"/>
    <w:rsid w:val="0093721D"/>
    <w:rsid w:val="00983A18"/>
    <w:rsid w:val="00984087"/>
    <w:rsid w:val="00986442"/>
    <w:rsid w:val="009A3986"/>
    <w:rsid w:val="009A7CEF"/>
    <w:rsid w:val="009C61EB"/>
    <w:rsid w:val="009C6669"/>
    <w:rsid w:val="009D2B45"/>
    <w:rsid w:val="009F208D"/>
    <w:rsid w:val="00A51B88"/>
    <w:rsid w:val="00A5526B"/>
    <w:rsid w:val="00AA1D8D"/>
    <w:rsid w:val="00AB008D"/>
    <w:rsid w:val="00AE28AA"/>
    <w:rsid w:val="00B00C7D"/>
    <w:rsid w:val="00B10170"/>
    <w:rsid w:val="00B317C1"/>
    <w:rsid w:val="00B36530"/>
    <w:rsid w:val="00B416DC"/>
    <w:rsid w:val="00B47730"/>
    <w:rsid w:val="00BA755B"/>
    <w:rsid w:val="00BB3BCA"/>
    <w:rsid w:val="00BC7331"/>
    <w:rsid w:val="00BE1C7A"/>
    <w:rsid w:val="00BF136C"/>
    <w:rsid w:val="00BF2432"/>
    <w:rsid w:val="00C03296"/>
    <w:rsid w:val="00C113D2"/>
    <w:rsid w:val="00C24FA1"/>
    <w:rsid w:val="00C43111"/>
    <w:rsid w:val="00C45DBE"/>
    <w:rsid w:val="00C52F49"/>
    <w:rsid w:val="00C6394D"/>
    <w:rsid w:val="00C84D5F"/>
    <w:rsid w:val="00C96BE0"/>
    <w:rsid w:val="00CA4869"/>
    <w:rsid w:val="00CB0664"/>
    <w:rsid w:val="00CC07B0"/>
    <w:rsid w:val="00CC2689"/>
    <w:rsid w:val="00CD7FD1"/>
    <w:rsid w:val="00D50B6C"/>
    <w:rsid w:val="00D85BAA"/>
    <w:rsid w:val="00D90AF0"/>
    <w:rsid w:val="00DA2BB8"/>
    <w:rsid w:val="00DB0868"/>
    <w:rsid w:val="00DB598C"/>
    <w:rsid w:val="00DC27AC"/>
    <w:rsid w:val="00DD1068"/>
    <w:rsid w:val="00DD1D00"/>
    <w:rsid w:val="00DE3881"/>
    <w:rsid w:val="00E00DC6"/>
    <w:rsid w:val="00E15A3C"/>
    <w:rsid w:val="00E16B44"/>
    <w:rsid w:val="00E337FE"/>
    <w:rsid w:val="00E40EF7"/>
    <w:rsid w:val="00E52300"/>
    <w:rsid w:val="00E54210"/>
    <w:rsid w:val="00E55601"/>
    <w:rsid w:val="00E66892"/>
    <w:rsid w:val="00EA3586"/>
    <w:rsid w:val="00EC139B"/>
    <w:rsid w:val="00EC46DF"/>
    <w:rsid w:val="00EE78C7"/>
    <w:rsid w:val="00F05AB4"/>
    <w:rsid w:val="00F15DBF"/>
    <w:rsid w:val="00F500DC"/>
    <w:rsid w:val="00F907CD"/>
    <w:rsid w:val="00FA2601"/>
    <w:rsid w:val="00FA54EC"/>
    <w:rsid w:val="00FA55B1"/>
    <w:rsid w:val="00FA777F"/>
    <w:rsid w:val="00FC4002"/>
    <w:rsid w:val="00FC52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5D04CF"/>
  <w14:defaultImageDpi w14:val="300"/>
  <w15:docId w15:val="{D43418C7-CA29-43A2-AE98-4BBA228D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D4E"/>
    <w:pPr>
      <w:spacing w:after="120"/>
    </w:pPr>
    <w:rPr>
      <w:rFonts w:ascii="Aptos" w:eastAsia="Aptos" w:hAnsi="Aptos"/>
      <w:sz w:val="21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59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595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93648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032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2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e@limassol.org.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ulture@limassol.org.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Michalis Karakatsanis</dc:creator>
  <cp:keywords/>
  <dc:description>generated by python-docx</dc:description>
  <cp:lastModifiedBy>Michalis Karakatsanis</cp:lastModifiedBy>
  <cp:revision>2</cp:revision>
  <cp:lastPrinted>2026-10-27T08:02:00Z</cp:lastPrinted>
  <dcterms:created xsi:type="dcterms:W3CDTF">2026-10-27T08:03:00Z</dcterms:created>
  <dcterms:modified xsi:type="dcterms:W3CDTF">2026-10-27T08:03:00Z</dcterms:modified>
  <cp:category/>
</cp:coreProperties>
</file>